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E48" w:rsidRDefault="007A7E48" w:rsidP="007A7E48">
      <w:pPr>
        <w:rPr>
          <w:b/>
          <w:sz w:val="20"/>
        </w:rPr>
      </w:pPr>
      <w:r>
        <w:rPr>
          <w:b/>
          <w:sz w:val="20"/>
        </w:rPr>
        <w:t>ROMANIA</w:t>
      </w:r>
    </w:p>
    <w:p w:rsidR="007A7E48" w:rsidRDefault="007A7E48" w:rsidP="007A7E48">
      <w:pPr>
        <w:rPr>
          <w:b/>
          <w:sz w:val="20"/>
        </w:rPr>
      </w:pPr>
      <w:r>
        <w:rPr>
          <w:b/>
          <w:sz w:val="20"/>
        </w:rPr>
        <w:t>UAT GORBĂNEȘTI</w:t>
      </w:r>
    </w:p>
    <w:p w:rsidR="007A7E48" w:rsidRDefault="007A7E48" w:rsidP="007A7E48">
      <w:pPr>
        <w:rPr>
          <w:b/>
          <w:sz w:val="20"/>
        </w:rPr>
      </w:pPr>
      <w:r>
        <w:rPr>
          <w:b/>
          <w:sz w:val="20"/>
        </w:rPr>
        <w:t>JUDEȚUL BOTOȘANI</w:t>
      </w:r>
    </w:p>
    <w:p w:rsidR="007A7E48" w:rsidRDefault="007A7E48" w:rsidP="007A7E48">
      <w:pPr>
        <w:rPr>
          <w:b/>
          <w:sz w:val="20"/>
        </w:rPr>
      </w:pPr>
      <w:r>
        <w:rPr>
          <w:b/>
          <w:sz w:val="20"/>
        </w:rPr>
        <w:t xml:space="preserve">Nr.      </w:t>
      </w:r>
    </w:p>
    <w:p w:rsidR="007A7E48" w:rsidRDefault="007A7E48" w:rsidP="007A7E48">
      <w:pPr>
        <w:rPr>
          <w:b/>
          <w:sz w:val="20"/>
        </w:rPr>
      </w:pPr>
    </w:p>
    <w:p w:rsidR="00FE6EF7" w:rsidRDefault="007A7E48">
      <w:pPr>
        <w:jc w:val="center"/>
        <w:rPr>
          <w:b/>
          <w:sz w:val="28"/>
          <w:szCs w:val="28"/>
        </w:rPr>
      </w:pPr>
      <w:r w:rsidRPr="007A7E48">
        <w:rPr>
          <w:b/>
          <w:sz w:val="28"/>
          <w:szCs w:val="28"/>
        </w:rPr>
        <w:t xml:space="preserve">CERERE DE  </w:t>
      </w:r>
      <w:r w:rsidR="00E476CF" w:rsidRPr="007A7E48">
        <w:rPr>
          <w:b/>
          <w:sz w:val="28"/>
          <w:szCs w:val="28"/>
        </w:rPr>
        <w:t>ÎNREGISTRARE   MIJLOACE DE TRANSPORT</w:t>
      </w:r>
    </w:p>
    <w:p w:rsidR="007D14DA" w:rsidRPr="007A7E48" w:rsidRDefault="007D14DA">
      <w:pPr>
        <w:jc w:val="center"/>
        <w:rPr>
          <w:sz w:val="28"/>
          <w:szCs w:val="28"/>
        </w:rPr>
      </w:pPr>
    </w:p>
    <w:p w:rsidR="00FE6EF7" w:rsidRDefault="00BE269C">
      <w:proofErr w:type="spellStart"/>
      <w:r>
        <w:rPr>
          <w:b/>
          <w:sz w:val="20"/>
        </w:rPr>
        <w:t>Datele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solicitantului</w:t>
      </w:r>
      <w:proofErr w:type="spellEnd"/>
      <w:r>
        <w:rPr>
          <w:b/>
          <w:sz w:val="20"/>
        </w:rPr>
        <w:t xml:space="preserve"> :</w:t>
      </w:r>
    </w:p>
    <w:p w:rsidR="00FE6EF7" w:rsidRDefault="00BE269C">
      <w:r>
        <w:rPr>
          <w:sz w:val="20"/>
        </w:rPr>
        <w:t>Numele și prenumele : ___________________________________________________</w:t>
      </w:r>
    </w:p>
    <w:p w:rsidR="00FE6EF7" w:rsidRDefault="00BE269C">
      <w:r>
        <w:rPr>
          <w:sz w:val="20"/>
        </w:rPr>
        <w:t>CNP : ______________________________________________</w:t>
      </w:r>
    </w:p>
    <w:p w:rsidR="00FE6EF7" w:rsidRDefault="00BE269C">
      <w:r>
        <w:rPr>
          <w:sz w:val="20"/>
        </w:rPr>
        <w:t>Adresa de domiciliu : ______________________________________________________</w:t>
      </w:r>
    </w:p>
    <w:p w:rsidR="00FE6EF7" w:rsidRDefault="00BE269C">
      <w:r>
        <w:rPr>
          <w:sz w:val="20"/>
        </w:rPr>
        <w:t>Serie și număr CI/BI : ___________________________________________________</w:t>
      </w:r>
    </w:p>
    <w:p w:rsidR="00FE6EF7" w:rsidRDefault="00BE269C">
      <w:r>
        <w:rPr>
          <w:sz w:val="20"/>
        </w:rPr>
        <w:t>Telefon : ______________________    Email : ________________________________</w:t>
      </w:r>
    </w:p>
    <w:p w:rsidR="00FE6EF7" w:rsidRDefault="007A7E48">
      <w:proofErr w:type="spellStart"/>
      <w:r>
        <w:rPr>
          <w:b/>
          <w:sz w:val="20"/>
        </w:rPr>
        <w:t>Datele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mijlocului</w:t>
      </w:r>
      <w:proofErr w:type="spellEnd"/>
      <w:r>
        <w:rPr>
          <w:b/>
          <w:sz w:val="20"/>
        </w:rPr>
        <w:t xml:space="preserve"> de transport </w:t>
      </w:r>
      <w:r w:rsidR="00BE269C">
        <w:rPr>
          <w:b/>
          <w:sz w:val="20"/>
        </w:rPr>
        <w:t>:</w:t>
      </w:r>
    </w:p>
    <w:p w:rsidR="00FE6EF7" w:rsidRDefault="00BE269C">
      <w:r>
        <w:rPr>
          <w:sz w:val="20"/>
        </w:rPr>
        <w:t>Marca : ________________________________________________</w:t>
      </w:r>
    </w:p>
    <w:p w:rsidR="00FE6EF7" w:rsidRDefault="00BE269C">
      <w:r>
        <w:rPr>
          <w:sz w:val="20"/>
        </w:rPr>
        <w:t>Model : ________________________________________________</w:t>
      </w:r>
    </w:p>
    <w:p w:rsidR="00FE6EF7" w:rsidRDefault="00BE269C">
      <w:r>
        <w:rPr>
          <w:sz w:val="20"/>
        </w:rPr>
        <w:t>Tip : _________________________________________________</w:t>
      </w:r>
    </w:p>
    <w:p w:rsidR="00FE6EF7" w:rsidRDefault="00BE269C">
      <w:r>
        <w:rPr>
          <w:sz w:val="20"/>
        </w:rPr>
        <w:t>An fabricație : _________________________________________</w:t>
      </w:r>
    </w:p>
    <w:p w:rsidR="00FE6EF7" w:rsidRDefault="00BE269C">
      <w:r>
        <w:rPr>
          <w:sz w:val="20"/>
        </w:rPr>
        <w:t>Culoare : ______________________________________________</w:t>
      </w:r>
    </w:p>
    <w:p w:rsidR="00FE6EF7" w:rsidRDefault="00BE269C">
      <w:r>
        <w:rPr>
          <w:sz w:val="20"/>
        </w:rPr>
        <w:t>Număr șasiu (VIN) : _____________________________________</w:t>
      </w:r>
    </w:p>
    <w:p w:rsidR="00FE6EF7" w:rsidRDefault="00BE269C">
      <w:r>
        <w:rPr>
          <w:sz w:val="20"/>
        </w:rPr>
        <w:t>Serie motor : ___________________________________________</w:t>
      </w:r>
    </w:p>
    <w:p w:rsidR="00FE6EF7" w:rsidRDefault="00BE269C">
      <w:r>
        <w:rPr>
          <w:sz w:val="20"/>
        </w:rPr>
        <w:t>Putere motor (CP/kW) : _________________________________</w:t>
      </w:r>
    </w:p>
    <w:p w:rsidR="00FE6EF7" w:rsidRDefault="00BE269C">
      <w:r>
        <w:rPr>
          <w:sz w:val="20"/>
        </w:rPr>
        <w:t>Capacitate cilindrică (cm³) : __________________________</w:t>
      </w:r>
    </w:p>
    <w:p w:rsidR="007A7E48" w:rsidRDefault="00BE269C">
      <w:proofErr w:type="spellStart"/>
      <w:r>
        <w:rPr>
          <w:sz w:val="20"/>
        </w:rPr>
        <w:t>Categorie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autovehicul</w:t>
      </w:r>
      <w:proofErr w:type="spellEnd"/>
      <w:r>
        <w:rPr>
          <w:sz w:val="20"/>
        </w:rPr>
        <w:t xml:space="preserve"> : ________________________________</w:t>
      </w:r>
    </w:p>
    <w:p w:rsidR="00E476CF" w:rsidRPr="007A7E48" w:rsidRDefault="007A7E48" w:rsidP="00E476CF">
      <w:proofErr w:type="spellStart"/>
      <w:r>
        <w:rPr>
          <w:b/>
          <w:sz w:val="20"/>
        </w:rPr>
        <w:t>Documente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necesare</w:t>
      </w:r>
      <w:proofErr w:type="spellEnd"/>
      <w:r>
        <w:rPr>
          <w:b/>
          <w:sz w:val="20"/>
        </w:rPr>
        <w:t xml:space="preserve">  </w:t>
      </w:r>
      <w:proofErr w:type="spellStart"/>
      <w:r>
        <w:rPr>
          <w:b/>
          <w:sz w:val="20"/>
        </w:rPr>
        <w:t>anexate</w:t>
      </w:r>
      <w:proofErr w:type="spellEnd"/>
      <w:r>
        <w:rPr>
          <w:b/>
          <w:sz w:val="20"/>
        </w:rPr>
        <w:t xml:space="preserve"> </w:t>
      </w:r>
      <w:r w:rsidR="00BE269C">
        <w:rPr>
          <w:b/>
          <w:sz w:val="20"/>
        </w:rPr>
        <w:t>:</w:t>
      </w:r>
      <w:r>
        <w:rPr>
          <w:sz w:val="20"/>
        </w:rPr>
        <w:t>(</w:t>
      </w:r>
      <w:proofErr w:type="spellStart"/>
      <w:r w:rsidR="00BE269C">
        <w:rPr>
          <w:sz w:val="20"/>
        </w:rPr>
        <w:t>Cerere</w:t>
      </w:r>
      <w:proofErr w:type="spellEnd"/>
      <w:r w:rsidR="00BE269C">
        <w:rPr>
          <w:sz w:val="20"/>
        </w:rPr>
        <w:t xml:space="preserve"> </w:t>
      </w:r>
      <w:proofErr w:type="spellStart"/>
      <w:r w:rsidR="00BE269C">
        <w:rPr>
          <w:sz w:val="20"/>
        </w:rPr>
        <w:t>tipizată</w:t>
      </w:r>
      <w:proofErr w:type="spellEnd"/>
      <w:r w:rsidR="00BE269C">
        <w:rPr>
          <w:sz w:val="20"/>
        </w:rPr>
        <w:t xml:space="preserve"> </w:t>
      </w:r>
      <w:proofErr w:type="spellStart"/>
      <w:r w:rsidR="00BE269C">
        <w:rPr>
          <w:sz w:val="20"/>
        </w:rPr>
        <w:t>completată</w:t>
      </w:r>
      <w:proofErr w:type="spellEnd"/>
      <w:r w:rsidR="00BE269C">
        <w:rPr>
          <w:sz w:val="20"/>
        </w:rPr>
        <w:t xml:space="preserve"> </w:t>
      </w:r>
      <w:proofErr w:type="spellStart"/>
      <w:r w:rsidR="00BE269C">
        <w:rPr>
          <w:sz w:val="20"/>
        </w:rPr>
        <w:t>și</w:t>
      </w:r>
      <w:proofErr w:type="spellEnd"/>
      <w:r w:rsidR="00BE269C">
        <w:rPr>
          <w:sz w:val="20"/>
        </w:rPr>
        <w:t xml:space="preserve"> </w:t>
      </w:r>
      <w:proofErr w:type="spellStart"/>
      <w:r w:rsidR="00BE269C">
        <w:rPr>
          <w:sz w:val="20"/>
        </w:rPr>
        <w:t>semnată</w:t>
      </w:r>
      <w:proofErr w:type="spellEnd"/>
      <w:r w:rsidR="00E476CF">
        <w:rPr>
          <w:sz w:val="20"/>
        </w:rPr>
        <w:t xml:space="preserve"> </w:t>
      </w:r>
      <w:r>
        <w:t>,</w:t>
      </w:r>
      <w:r w:rsidR="00E476CF">
        <w:t xml:space="preserve"> B.I./C.I.</w:t>
      </w:r>
      <w:r>
        <w:t xml:space="preserve">  ,</w:t>
      </w:r>
      <w:proofErr w:type="spellStart"/>
      <w:r w:rsidR="00E476CF">
        <w:rPr>
          <w:sz w:val="20"/>
        </w:rPr>
        <w:t>Dovada</w:t>
      </w:r>
      <w:proofErr w:type="spellEnd"/>
      <w:r w:rsidR="00E476CF">
        <w:rPr>
          <w:sz w:val="20"/>
        </w:rPr>
        <w:t xml:space="preserve"> </w:t>
      </w:r>
      <w:proofErr w:type="spellStart"/>
      <w:r w:rsidR="00E476CF">
        <w:rPr>
          <w:sz w:val="20"/>
        </w:rPr>
        <w:t>plății</w:t>
      </w:r>
      <w:proofErr w:type="spellEnd"/>
      <w:r w:rsidR="00E476CF">
        <w:rPr>
          <w:sz w:val="20"/>
        </w:rPr>
        <w:t xml:space="preserve"> </w:t>
      </w:r>
      <w:proofErr w:type="spellStart"/>
      <w:r w:rsidR="00E476CF">
        <w:rPr>
          <w:sz w:val="20"/>
        </w:rPr>
        <w:t>taxelor</w:t>
      </w:r>
      <w:proofErr w:type="spellEnd"/>
      <w:r w:rsidR="00E476CF">
        <w:rPr>
          <w:sz w:val="20"/>
        </w:rPr>
        <w:t xml:space="preserve">  , -</w:t>
      </w:r>
      <w:proofErr w:type="spellStart"/>
      <w:r w:rsidR="00E476CF">
        <w:rPr>
          <w:sz w:val="20"/>
        </w:rPr>
        <w:t>Documente</w:t>
      </w:r>
      <w:proofErr w:type="spellEnd"/>
      <w:r w:rsidR="00E476CF">
        <w:rPr>
          <w:sz w:val="20"/>
        </w:rPr>
        <w:t xml:space="preserve"> </w:t>
      </w:r>
      <w:r>
        <w:rPr>
          <w:sz w:val="20"/>
        </w:rPr>
        <w:t xml:space="preserve">de </w:t>
      </w:r>
      <w:proofErr w:type="spellStart"/>
      <w:r>
        <w:rPr>
          <w:sz w:val="20"/>
        </w:rPr>
        <w:t>proveniență</w:t>
      </w:r>
      <w:proofErr w:type="spellEnd"/>
      <w:r>
        <w:rPr>
          <w:sz w:val="20"/>
        </w:rPr>
        <w:t xml:space="preserve"> ale </w:t>
      </w:r>
      <w:proofErr w:type="spellStart"/>
      <w:r>
        <w:rPr>
          <w:sz w:val="20"/>
        </w:rPr>
        <w:t>mijlocului</w:t>
      </w:r>
      <w:proofErr w:type="spellEnd"/>
      <w:r>
        <w:rPr>
          <w:sz w:val="20"/>
        </w:rPr>
        <w:t xml:space="preserve"> de transport, </w:t>
      </w:r>
      <w:r w:rsidR="00E476CF">
        <w:rPr>
          <w:sz w:val="20"/>
        </w:rPr>
        <w:t xml:space="preserve">Contract de </w:t>
      </w:r>
      <w:proofErr w:type="spellStart"/>
      <w:r w:rsidR="00E476CF">
        <w:rPr>
          <w:sz w:val="20"/>
        </w:rPr>
        <w:t>vânzare-cumpărare</w:t>
      </w:r>
      <w:proofErr w:type="spellEnd"/>
      <w:r w:rsidR="00E476CF">
        <w:rPr>
          <w:sz w:val="20"/>
        </w:rPr>
        <w:t>/</w:t>
      </w:r>
      <w:proofErr w:type="spellStart"/>
      <w:r w:rsidR="00E476CF">
        <w:rPr>
          <w:sz w:val="20"/>
        </w:rPr>
        <w:t>factură</w:t>
      </w:r>
      <w:proofErr w:type="spellEnd"/>
      <w:r>
        <w:rPr>
          <w:sz w:val="20"/>
        </w:rPr>
        <w:t xml:space="preserve">  ,</w:t>
      </w:r>
      <w:proofErr w:type="spellStart"/>
      <w:r w:rsidR="00E476CF">
        <w:rPr>
          <w:sz w:val="20"/>
        </w:rPr>
        <w:t>Certificat</w:t>
      </w:r>
      <w:proofErr w:type="spellEnd"/>
      <w:r w:rsidR="00E476CF">
        <w:rPr>
          <w:sz w:val="20"/>
        </w:rPr>
        <w:t xml:space="preserve"> de </w:t>
      </w:r>
      <w:proofErr w:type="spellStart"/>
      <w:r w:rsidR="00E476CF">
        <w:rPr>
          <w:sz w:val="20"/>
        </w:rPr>
        <w:t>conformitate</w:t>
      </w:r>
      <w:proofErr w:type="spellEnd"/>
      <w:r w:rsidR="00E476CF">
        <w:rPr>
          <w:sz w:val="20"/>
        </w:rPr>
        <w:t>/</w:t>
      </w:r>
      <w:proofErr w:type="spellStart"/>
      <w:r w:rsidR="00E476CF">
        <w:rPr>
          <w:sz w:val="20"/>
        </w:rPr>
        <w:t>omologare</w:t>
      </w:r>
      <w:proofErr w:type="spellEnd"/>
      <w:r w:rsidR="00E476CF">
        <w:rPr>
          <w:sz w:val="20"/>
        </w:rPr>
        <w:t xml:space="preserve">  </w:t>
      </w:r>
      <w:r>
        <w:rPr>
          <w:sz w:val="20"/>
        </w:rPr>
        <w:t xml:space="preserve">,I.T.P.  </w:t>
      </w:r>
      <w:proofErr w:type="spellStart"/>
      <w:r>
        <w:rPr>
          <w:sz w:val="20"/>
        </w:rPr>
        <w:t>valabil</w:t>
      </w:r>
      <w:proofErr w:type="spellEnd"/>
      <w:r>
        <w:rPr>
          <w:sz w:val="20"/>
        </w:rPr>
        <w:t xml:space="preserve">,  </w:t>
      </w:r>
      <w:proofErr w:type="spellStart"/>
      <w:r>
        <w:rPr>
          <w:sz w:val="20"/>
        </w:rPr>
        <w:t>Poliță</w:t>
      </w:r>
      <w:proofErr w:type="spellEnd"/>
      <w:r>
        <w:rPr>
          <w:sz w:val="20"/>
        </w:rPr>
        <w:t xml:space="preserve"> RCA</w:t>
      </w:r>
      <w:r w:rsidR="00E476CF">
        <w:rPr>
          <w:sz w:val="20"/>
        </w:rPr>
        <w:t xml:space="preserve">   </w:t>
      </w:r>
      <w:r>
        <w:rPr>
          <w:sz w:val="20"/>
        </w:rPr>
        <w:t>,</w:t>
      </w:r>
      <w:proofErr w:type="spellStart"/>
      <w:r>
        <w:rPr>
          <w:sz w:val="20"/>
        </w:rPr>
        <w:t>Cerificat</w:t>
      </w:r>
      <w:proofErr w:type="spellEnd"/>
      <w:r>
        <w:rPr>
          <w:sz w:val="20"/>
        </w:rPr>
        <w:t xml:space="preserve"> fiscal</w:t>
      </w:r>
      <w:r w:rsidR="00E476CF">
        <w:rPr>
          <w:sz w:val="20"/>
        </w:rPr>
        <w:t xml:space="preserve">   </w:t>
      </w:r>
      <w:r w:rsidR="006A3739">
        <w:rPr>
          <w:sz w:val="20"/>
        </w:rPr>
        <w:t>)</w:t>
      </w:r>
      <w:r w:rsidR="00E476CF">
        <w:rPr>
          <w:sz w:val="20"/>
        </w:rPr>
        <w:t xml:space="preserve">                                       </w:t>
      </w:r>
    </w:p>
    <w:p w:rsidR="00FE6EF7" w:rsidRDefault="00BE269C">
      <w:proofErr w:type="spellStart"/>
      <w:r>
        <w:rPr>
          <w:b/>
          <w:sz w:val="20"/>
        </w:rPr>
        <w:t>Declarație</w:t>
      </w:r>
      <w:proofErr w:type="spellEnd"/>
      <w:r>
        <w:rPr>
          <w:b/>
          <w:sz w:val="20"/>
        </w:rPr>
        <w:t xml:space="preserve"> :</w:t>
      </w:r>
    </w:p>
    <w:p w:rsidR="00FE6EF7" w:rsidRDefault="00BE269C">
      <w:r>
        <w:rPr>
          <w:sz w:val="20"/>
        </w:rPr>
        <w:t>Subsemnatul(a), declar pe propria răspundere că datele completate în prezenta cerere sunt reale și corecte și că autovehiculul descris mai sus corespunde prevederilor legale în vigoare pentru înmatriculare.</w:t>
      </w:r>
    </w:p>
    <w:p w:rsidR="00FE6EF7" w:rsidRDefault="00FE6EF7"/>
    <w:p w:rsidR="00FE6EF7" w:rsidRDefault="00BE269C">
      <w:r>
        <w:rPr>
          <w:b/>
          <w:sz w:val="20"/>
        </w:rPr>
        <w:t>Solicit :</w:t>
      </w:r>
    </w:p>
    <w:p w:rsidR="00FE6EF7" w:rsidRDefault="00E476CF">
      <w:proofErr w:type="spellStart"/>
      <w:r>
        <w:rPr>
          <w:sz w:val="20"/>
        </w:rPr>
        <w:t>Înregistrarea</w:t>
      </w:r>
      <w:proofErr w:type="spellEnd"/>
      <w:r>
        <w:rPr>
          <w:sz w:val="20"/>
        </w:rPr>
        <w:t xml:space="preserve">  </w:t>
      </w:r>
      <w:proofErr w:type="spellStart"/>
      <w:r>
        <w:rPr>
          <w:sz w:val="20"/>
        </w:rPr>
        <w:t>mijlocului</w:t>
      </w:r>
      <w:proofErr w:type="spellEnd"/>
      <w:r>
        <w:rPr>
          <w:sz w:val="20"/>
        </w:rPr>
        <w:t xml:space="preserve"> de transport </w:t>
      </w:r>
      <w:r w:rsidR="00BE269C">
        <w:rPr>
          <w:sz w:val="20"/>
        </w:rPr>
        <w:t xml:space="preserve"> </w:t>
      </w:r>
      <w:proofErr w:type="spellStart"/>
      <w:r w:rsidR="00BE269C">
        <w:rPr>
          <w:sz w:val="20"/>
        </w:rPr>
        <w:t>descris</w:t>
      </w:r>
      <w:proofErr w:type="spellEnd"/>
      <w:r w:rsidR="00BE269C">
        <w:rPr>
          <w:sz w:val="20"/>
        </w:rPr>
        <w:t xml:space="preserve"> </w:t>
      </w:r>
      <w:proofErr w:type="spellStart"/>
      <w:r w:rsidR="00BE269C">
        <w:rPr>
          <w:sz w:val="20"/>
        </w:rPr>
        <w:t>mai</w:t>
      </w:r>
      <w:proofErr w:type="spellEnd"/>
      <w:r w:rsidR="00BE269C">
        <w:rPr>
          <w:sz w:val="20"/>
        </w:rPr>
        <w:t xml:space="preserve"> </w:t>
      </w:r>
      <w:proofErr w:type="spellStart"/>
      <w:r w:rsidR="00BE269C">
        <w:rPr>
          <w:sz w:val="20"/>
        </w:rPr>
        <w:t>sus</w:t>
      </w:r>
      <w:proofErr w:type="spellEnd"/>
      <w:r w:rsidR="00BE269C">
        <w:rPr>
          <w:sz w:val="20"/>
        </w:rPr>
        <w:t xml:space="preserve"> și eliberarea documentelor de circulație conform legislației în vigoare.</w:t>
      </w:r>
    </w:p>
    <w:p w:rsidR="00FE6EF7" w:rsidRDefault="00FE6EF7"/>
    <w:p w:rsidR="00FE6EF7" w:rsidRDefault="00FE6EF7"/>
    <w:tbl>
      <w:tblPr>
        <w:tblW w:w="0" w:type="auto"/>
        <w:tblLook w:val="04A0"/>
      </w:tblPr>
      <w:tblGrid>
        <w:gridCol w:w="9972"/>
      </w:tblGrid>
      <w:tr w:rsidR="00FE6EF7" w:rsidRPr="007A7E48"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</w:tcPr>
          <w:p w:rsidR="00FE6EF7" w:rsidRPr="007A7E48" w:rsidRDefault="00BE269C">
            <w:proofErr w:type="spellStart"/>
            <w:r w:rsidRPr="007A7E48">
              <w:t>Semnătura</w:t>
            </w:r>
            <w:proofErr w:type="spellEnd"/>
            <w:r w:rsidRPr="007A7E48">
              <w:t xml:space="preserve"> </w:t>
            </w:r>
            <w:proofErr w:type="spellStart"/>
            <w:r w:rsidRPr="007A7E48">
              <w:t>solicitantului</w:t>
            </w:r>
            <w:proofErr w:type="spellEnd"/>
            <w:r w:rsidRPr="007A7E48">
              <w:t xml:space="preserve"> :</w:t>
            </w:r>
            <w:r w:rsidR="007A7E48" w:rsidRPr="007A7E48">
              <w:t xml:space="preserve">                                                                                                         Data:</w:t>
            </w:r>
          </w:p>
        </w:tc>
      </w:tr>
      <w:tr w:rsidR="00FE6EF7" w:rsidRPr="007A7E48"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</w:tcPr>
          <w:p w:rsidR="00FE6EF7" w:rsidRPr="007A7E48" w:rsidRDefault="007A7E48">
            <w:r w:rsidRPr="007A7E48">
              <w:t>___________________________________________________                             ______________________________________________</w:t>
            </w:r>
          </w:p>
        </w:tc>
      </w:tr>
    </w:tbl>
    <w:p w:rsidR="00FE6EF7" w:rsidRDefault="00BE269C">
      <w:r>
        <w:br w:type="page"/>
      </w:r>
    </w:p>
    <w:p w:rsidR="00FE6EF7" w:rsidRDefault="00BE269C">
      <w:pPr>
        <w:jc w:val="center"/>
      </w:pPr>
      <w:r>
        <w:rPr>
          <w:color w:val="555555"/>
          <w:sz w:val="24"/>
        </w:rPr>
        <w:t>Sursa originala a acestui document:</w:t>
      </w:r>
    </w:p>
    <w:p w:rsidR="00FE6EF7" w:rsidRDefault="00FE6EF7">
      <w:pPr>
        <w:jc w:val="center"/>
      </w:pPr>
      <w:hyperlink r:id="rId6">
        <w:r w:rsidR="00BE269C">
          <w:rPr>
            <w:color w:val="0000FF"/>
            <w:u w:val="single"/>
          </w:rPr>
          <w:t>https://cerere-rapida.com/cerere-inmatriculare-auto/</w:t>
        </w:r>
      </w:hyperlink>
    </w:p>
    <w:p w:rsidR="00FE6EF7" w:rsidRDefault="00BE269C">
      <w:pPr>
        <w:jc w:val="center"/>
      </w:pPr>
      <w:r>
        <w:rPr>
          <w:color w:val="555555"/>
          <w:sz w:val="26"/>
        </w:rPr>
        <w:t>Acest model ti-a fost de ajutor?</w:t>
      </w:r>
    </w:p>
    <w:p w:rsidR="00FE6EF7" w:rsidRDefault="00BE269C">
      <w:pPr>
        <w:jc w:val="center"/>
      </w:pPr>
      <w:r>
        <w:rPr>
          <w:color w:val="555555"/>
          <w:sz w:val="26"/>
        </w:rPr>
        <w:t>Poti accesa alte modele actualizate pe site-ul nostru:</w:t>
      </w:r>
    </w:p>
    <w:p w:rsidR="00FE6EF7" w:rsidRDefault="00FE6EF7">
      <w:pPr>
        <w:jc w:val="center"/>
      </w:pPr>
      <w:hyperlink r:id="rId7">
        <w:r w:rsidR="00BE269C">
          <w:rPr>
            <w:color w:val="0000FF"/>
            <w:u w:val="single"/>
          </w:rPr>
          <w:t>https://cerere-rapida.com</w:t>
        </w:r>
      </w:hyperlink>
    </w:p>
    <w:p w:rsidR="00FE6EF7" w:rsidRDefault="00BE269C">
      <w:pPr>
        <w:jc w:val="center"/>
      </w:pPr>
      <w:r>
        <w:rPr>
          <w:color w:val="808080"/>
          <w:sz w:val="20"/>
        </w:rPr>
        <w:t>Acest model este destinat exclusiv utilizarii personale, necomerciale.</w:t>
      </w:r>
      <w:r>
        <w:rPr>
          <w:color w:val="808080"/>
          <w:sz w:val="20"/>
        </w:rPr>
        <w:br/>
        <w:t>Orice distribuire sau publicare trebuie sa mentioneze sursa. © cerere-rapida.com</w:t>
      </w:r>
    </w:p>
    <w:sectPr w:rsidR="00FE6EF7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20"/>
  <w:hyphenationZone w:val="425"/>
  <w:characterSpacingControl w:val="doNotCompress"/>
  <w:compat>
    <w:useFELayout/>
  </w:compat>
  <w:rsids>
    <w:rsidRoot w:val="00E2228B"/>
    <w:rsid w:val="00034616"/>
    <w:rsid w:val="0006063C"/>
    <w:rsid w:val="0015074B"/>
    <w:rsid w:val="0029639D"/>
    <w:rsid w:val="00326F90"/>
    <w:rsid w:val="00341125"/>
    <w:rsid w:val="006A3739"/>
    <w:rsid w:val="007A7E48"/>
    <w:rsid w:val="007D14DA"/>
    <w:rsid w:val="00AA1D8D"/>
    <w:rsid w:val="00B47730"/>
    <w:rsid w:val="00BE269C"/>
    <w:rsid w:val="00CB0664"/>
    <w:rsid w:val="00E2228B"/>
    <w:rsid w:val="00E476CF"/>
    <w:rsid w:val="00EF31A8"/>
    <w:rsid w:val="00FC693F"/>
    <w:rsid w:val="00FE6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rPr>
      <w:sz w:val="22"/>
      <w:szCs w:val="22"/>
      <w:lang w:val="en-US" w:eastAsia="en-US"/>
    </w:r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="Calibri" w:eastAsia="MS Gothic" w:hAnsi="Calibri" w:cs="Times New Roman"/>
      <w:b/>
      <w:bCs/>
      <w:color w:val="4F81BD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lang w:val="en-US" w:eastAsia="en-US" w:bidi="ar-SA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="Calibri" w:eastAsia="MS Gothic" w:hAnsi="Calibri" w:cs="Times New Roman"/>
      <w:color w:val="243F60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GrilTabel">
    <w:name w:val="Table Grid"/>
    <w:basedOn w:val="TabelNormal"/>
    <w:uiPriority w:val="59"/>
    <w:rsid w:val="00FC6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Umbriredeculoaredeschis">
    <w:name w:val="Light Shading"/>
    <w:basedOn w:val="TabelNormal"/>
    <w:uiPriority w:val="60"/>
    <w:rsid w:val="00FC693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Umbriredeculoaredeschis-Accentuare1">
    <w:name w:val="Light Shading Accent 1"/>
    <w:basedOn w:val="TabelNormal"/>
    <w:uiPriority w:val="60"/>
    <w:rsid w:val="00FC693F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FC693F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FC693F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Umbriredeculoaredeschis-Accentuare4">
    <w:name w:val="Light Shading Accent 4"/>
    <w:basedOn w:val="TabelNormal"/>
    <w:uiPriority w:val="60"/>
    <w:rsid w:val="00FC693F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Umbriredeculoaredeschis-Accentuare5">
    <w:name w:val="Light Shading Accent 5"/>
    <w:basedOn w:val="TabelNormal"/>
    <w:uiPriority w:val="60"/>
    <w:rsid w:val="00FC693F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Umbriredeculoaredeschis-Accentuare6">
    <w:name w:val="Light Shading Accent 6"/>
    <w:basedOn w:val="TabelNormal"/>
    <w:uiPriority w:val="60"/>
    <w:rsid w:val="00FC693F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stdeculoaredeschis">
    <w:name w:val="Light List"/>
    <w:basedOn w:val="Tabel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deculoaredeschis-Accentuare1">
    <w:name w:val="Light List Accent 1"/>
    <w:basedOn w:val="TabelNormal"/>
    <w:uiPriority w:val="61"/>
    <w:rsid w:val="00FC693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Grildeculoaredeschis">
    <w:name w:val="Light Grid"/>
    <w:basedOn w:val="Tabel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Grildeculoaredeschis-Accentuare1">
    <w:name w:val="Light Grid Accent 1"/>
    <w:basedOn w:val="Tabel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Umbriremedie1">
    <w:name w:val="Medium Shading 1"/>
    <w:basedOn w:val="Tabel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Umbriremedie1-Accentuare1">
    <w:name w:val="Medium Shading 1 Accent 1"/>
    <w:basedOn w:val="Tabel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Umbriremedie2">
    <w:name w:val="Medium Shading 2"/>
    <w:basedOn w:val="Tabel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Umbriremedie2-Accentuare1">
    <w:name w:val="Medium Shading 2 Accent 1"/>
    <w:basedOn w:val="Tabel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medie1">
    <w:name w:val="Medium List 1"/>
    <w:basedOn w:val="TabelNormal"/>
    <w:uiPriority w:val="65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stmedie1-Accentuare1">
    <w:name w:val="Medium List 1 Accent 1"/>
    <w:basedOn w:val="TabelNormal"/>
    <w:uiPriority w:val="65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medie1-Accentuare2">
    <w:name w:val="Medium List 1 Accent 2"/>
    <w:basedOn w:val="TabelNormal"/>
    <w:uiPriority w:val="65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medie1-Accentuare3">
    <w:name w:val="Medium List 1 Accent 3"/>
    <w:basedOn w:val="TabelNormal"/>
    <w:uiPriority w:val="65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medie1-Accentuare4">
    <w:name w:val="Medium List 1 Accent 4"/>
    <w:basedOn w:val="TabelNormal"/>
    <w:uiPriority w:val="65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medie1-Accentuare5">
    <w:name w:val="Medium List 1 Accent 5"/>
    <w:basedOn w:val="TabelNormal"/>
    <w:uiPriority w:val="65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medie1-Accentuare6">
    <w:name w:val="Medium List 1 Accent 6"/>
    <w:basedOn w:val="TabelNormal"/>
    <w:uiPriority w:val="65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medie2">
    <w:name w:val="Medium List 2"/>
    <w:basedOn w:val="Tabel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lmedie1">
    <w:name w:val="Medium Grid 1"/>
    <w:basedOn w:val="Tabel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medie1-Accentuare1">
    <w:name w:val="Medium Grid 1 Accent 1"/>
    <w:basedOn w:val="Tabel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-Accentuare2">
    <w:name w:val="Medium Grid 1 Accent 2"/>
    <w:basedOn w:val="Tabel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3">
    <w:name w:val="Medium Grid 1 Accent 3"/>
    <w:basedOn w:val="Tabel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4">
    <w:name w:val="Medium Grid 1 Accent 4"/>
    <w:basedOn w:val="Tabel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5">
    <w:name w:val="Medium Grid 1 Accent 5"/>
    <w:basedOn w:val="Tabel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medie1-Accentuare6">
    <w:name w:val="Medium Grid 1 Accent 6"/>
    <w:basedOn w:val="TabelNormal"/>
    <w:uiPriority w:val="67"/>
    <w:rsid w:val="00CB0664"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Grilmedie2">
    <w:name w:val="Medium Grid 2"/>
    <w:basedOn w:val="Tabel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2-Accentuare2">
    <w:name w:val="Medium Grid 2 Accent 2"/>
    <w:basedOn w:val="Tabel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3">
    <w:name w:val="Medium Grid 2 Accent 3"/>
    <w:basedOn w:val="Tabel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Grilmedie3">
    <w:name w:val="Medium Grid 3"/>
    <w:basedOn w:val="Tabel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3-Accentuare1">
    <w:name w:val="Medium Grid 3 Accent 1"/>
    <w:basedOn w:val="Tabel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3-Accentuare2">
    <w:name w:val="Medium Grid 3 Accent 2"/>
    <w:basedOn w:val="Tabel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3">
    <w:name w:val="Medium Grid 3 Accent 3"/>
    <w:basedOn w:val="Tabel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4">
    <w:name w:val="Medium Grid 3 Accent 4"/>
    <w:basedOn w:val="Tabel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5">
    <w:name w:val="Medium Grid 3 Accent 5"/>
    <w:basedOn w:val="Tabel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6">
    <w:name w:val="Medium Grid 3 Accent 6"/>
    <w:basedOn w:val="TabelNormal"/>
    <w:uiPriority w:val="69"/>
    <w:rsid w:val="00CB0664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stdeculoarenchis">
    <w:name w:val="Dark List"/>
    <w:basedOn w:val="TabelNormal"/>
    <w:uiPriority w:val="70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deculoarenchis-Accentuare1">
    <w:name w:val="Dark List Accent 1"/>
    <w:basedOn w:val="TabelNormal"/>
    <w:uiPriority w:val="70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deculoarenchis-Accentuare2">
    <w:name w:val="Dark List Accent 2"/>
    <w:basedOn w:val="TabelNormal"/>
    <w:uiPriority w:val="70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deculoarenchis-Accentuare3">
    <w:name w:val="Dark List Accent 3"/>
    <w:basedOn w:val="TabelNormal"/>
    <w:uiPriority w:val="70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deculoarenchis-Accentuare4">
    <w:name w:val="Dark List Accent 4"/>
    <w:basedOn w:val="TabelNormal"/>
    <w:uiPriority w:val="70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deculoarenchis-Accentuare5">
    <w:name w:val="Dark List Accent 5"/>
    <w:basedOn w:val="TabelNormal"/>
    <w:uiPriority w:val="70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deculoarenchis-Accentuare6">
    <w:name w:val="Dark List Accent 6"/>
    <w:basedOn w:val="TabelNormal"/>
    <w:uiPriority w:val="70"/>
    <w:rsid w:val="00CB066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Umbrirecolorat">
    <w:name w:val="Colorful Shading"/>
    <w:basedOn w:val="TabelNormal"/>
    <w:uiPriority w:val="7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Umbrirecolorat-Accentuare1">
    <w:name w:val="Colorful Shading Accent 1"/>
    <w:basedOn w:val="TabelNormal"/>
    <w:uiPriority w:val="7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Umbrirecolorat-Accentuare2">
    <w:name w:val="Colorful Shading Accent 2"/>
    <w:basedOn w:val="TabelNormal"/>
    <w:uiPriority w:val="7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Umbrirecolorat-Accentuare3">
    <w:name w:val="Colorful Shading Accent 3"/>
    <w:basedOn w:val="TabelNormal"/>
    <w:uiPriority w:val="7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Umbrirecolorat-Accentuare4">
    <w:name w:val="Colorful Shading Accent 4"/>
    <w:basedOn w:val="TabelNormal"/>
    <w:uiPriority w:val="7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Umbrirecolorat-Accentuare5">
    <w:name w:val="Colorful Shading Accent 5"/>
    <w:basedOn w:val="TabelNormal"/>
    <w:uiPriority w:val="7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Umbrirecolorat-Accentuare6">
    <w:name w:val="Colorful Shading Accent 6"/>
    <w:basedOn w:val="TabelNormal"/>
    <w:uiPriority w:val="71"/>
    <w:rsid w:val="00CB0664"/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Listcolorat">
    <w:name w:val="Colorful List"/>
    <w:basedOn w:val="TabelNormal"/>
    <w:uiPriority w:val="72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colorat-Accentuare1">
    <w:name w:val="Colorful List Accent 1"/>
    <w:basedOn w:val="TabelNormal"/>
    <w:uiPriority w:val="72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colorat-Accentuare2">
    <w:name w:val="Colorful List Accent 2"/>
    <w:basedOn w:val="TabelNormal"/>
    <w:uiPriority w:val="72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colorat-Accentuare3">
    <w:name w:val="Colorful List Accent 3"/>
    <w:basedOn w:val="TabelNormal"/>
    <w:uiPriority w:val="72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colorat-Accentuare4">
    <w:name w:val="Colorful List Accent 4"/>
    <w:basedOn w:val="TabelNormal"/>
    <w:uiPriority w:val="72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colorat-Accentuare5">
    <w:name w:val="Colorful List Accent 5"/>
    <w:basedOn w:val="TabelNormal"/>
    <w:uiPriority w:val="72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colorat-Accentuare6">
    <w:name w:val="Colorful List Accent 6"/>
    <w:basedOn w:val="TabelNormal"/>
    <w:uiPriority w:val="72"/>
    <w:rsid w:val="00CB066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Grilcolorat">
    <w:name w:val="Colorful Grid"/>
    <w:basedOn w:val="TabelNormal"/>
    <w:uiPriority w:val="73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colorat-Accentuare1">
    <w:name w:val="Colorful Grid Accent 1"/>
    <w:basedOn w:val="TabelNormal"/>
    <w:uiPriority w:val="73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colorat-Accentuare2">
    <w:name w:val="Colorful Grid Accent 2"/>
    <w:basedOn w:val="TabelNormal"/>
    <w:uiPriority w:val="73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colorat-Accentuare3">
    <w:name w:val="Colorful Grid Accent 3"/>
    <w:basedOn w:val="TabelNormal"/>
    <w:uiPriority w:val="73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colorat-Accentuare4">
    <w:name w:val="Colorful Grid Accent 4"/>
    <w:basedOn w:val="TabelNormal"/>
    <w:uiPriority w:val="73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colorat-Accentuare5">
    <w:name w:val="Colorful Grid Accent 5"/>
    <w:basedOn w:val="TabelNormal"/>
    <w:uiPriority w:val="73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colorat-Accentuare6">
    <w:name w:val="Colorful Grid Accent 6"/>
    <w:basedOn w:val="TabelNormal"/>
    <w:uiPriority w:val="73"/>
    <w:rsid w:val="00CB0664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erere-rapid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erere-rapida.com/cerere-inmatriculare-aut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ar\Downloads\Cerere%20inregistrare%20mijloc%20de%20transport(1)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Cerere inregistrare mijloc de transport(1).dot</Template>
  <TotalTime>1</TotalTime>
  <Pages>3</Pages>
  <Words>370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2511</CharactersWithSpaces>
  <SharedDoc>false</SharedDoc>
  <HyperlinkBase/>
  <HLinks>
    <vt:vector size="12" baseType="variant">
      <vt:variant>
        <vt:i4>8126569</vt:i4>
      </vt:variant>
      <vt:variant>
        <vt:i4>3</vt:i4>
      </vt:variant>
      <vt:variant>
        <vt:i4>0</vt:i4>
      </vt:variant>
      <vt:variant>
        <vt:i4>5</vt:i4>
      </vt:variant>
      <vt:variant>
        <vt:lpwstr>https://cerere-rapida.com/</vt:lpwstr>
      </vt:variant>
      <vt:variant>
        <vt:lpwstr/>
      </vt:variant>
      <vt:variant>
        <vt:i4>4915216</vt:i4>
      </vt:variant>
      <vt:variant>
        <vt:i4>0</vt:i4>
      </vt:variant>
      <vt:variant>
        <vt:i4>0</vt:i4>
      </vt:variant>
      <vt:variant>
        <vt:i4>5</vt:i4>
      </vt:variant>
      <vt:variant>
        <vt:lpwstr>https://cerere-rapida.com/cerere-inmatriculare-auto/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dc:description>generated by python-docx</dc:description>
  <cp:lastModifiedBy>Secretar</cp:lastModifiedBy>
  <cp:revision>1</cp:revision>
  <dcterms:created xsi:type="dcterms:W3CDTF">2026-08-19T06:56:00Z</dcterms:created>
  <dcterms:modified xsi:type="dcterms:W3CDTF">2026-08-19T06:57:00Z</dcterms:modified>
</cp:coreProperties>
</file>